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17B" w:rsidRPr="00387F06" w:rsidRDefault="0028644B">
      <w:pPr>
        <w:pStyle w:val="Title"/>
        <w:jc w:val="center"/>
        <w:rPr>
          <w:sz w:val="56"/>
        </w:rPr>
      </w:pPr>
      <w:r w:rsidRPr="00387F06">
        <w:rPr>
          <w:sz w:val="56"/>
        </w:rPr>
        <w:t>Compound-Complex Sentence Worksheet</w:t>
      </w:r>
    </w:p>
    <w:p w:rsidR="0053117B" w:rsidRPr="00387F06" w:rsidRDefault="0028644B">
      <w:pPr>
        <w:jc w:val="center"/>
        <w:rPr>
          <w:rFonts w:hint="eastAsia"/>
          <w:sz w:val="25"/>
        </w:rPr>
      </w:pPr>
      <w:r w:rsidRPr="00387F06">
        <w:rPr>
          <w:i/>
          <w:color w:val="5A5A5A"/>
          <w:sz w:val="26"/>
        </w:rPr>
        <w:t>Identify • Build • Correct • Rewrite • Create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Name: ____________________________________    Date: __________________    Score: ______________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Quick Reference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A compound-complex sentence contains at least two independent</w:t>
      </w:r>
      <w:r w:rsidRPr="00387F06">
        <w:rPr>
          <w:sz w:val="25"/>
        </w:rPr>
        <w:t xml:space="preserve"> clauses and at least one dependent clause.</w:t>
      </w:r>
    </w:p>
    <w:p w:rsidR="0053117B" w:rsidRPr="00387F06" w:rsidRDefault="0028644B">
      <w:pPr>
        <w:jc w:val="center"/>
        <w:rPr>
          <w:rFonts w:hint="eastAsia"/>
          <w:sz w:val="25"/>
        </w:rPr>
      </w:pPr>
      <w:r w:rsidRPr="00387F06">
        <w:rPr>
          <w:color w:val="007846"/>
          <w:sz w:val="26"/>
        </w:rPr>
        <w:t xml:space="preserve">Although </w:t>
      </w:r>
      <w:r w:rsidRPr="00387F06">
        <w:rPr>
          <w:b/>
          <w:color w:val="005AC8"/>
          <w:sz w:val="26"/>
        </w:rPr>
        <w:t>Sarah</w:t>
      </w:r>
      <w:r w:rsidRPr="00387F06">
        <w:rPr>
          <w:sz w:val="26"/>
        </w:rPr>
        <w:t xml:space="preserve"> was tired, </w:t>
      </w:r>
      <w:r w:rsidRPr="00387F06">
        <w:rPr>
          <w:b/>
          <w:color w:val="005AC8"/>
          <w:sz w:val="26"/>
        </w:rPr>
        <w:t>she</w:t>
      </w:r>
      <w:r w:rsidRPr="00387F06">
        <w:rPr>
          <w:sz w:val="26"/>
        </w:rPr>
        <w:t xml:space="preserve"> finished her homework, </w:t>
      </w:r>
      <w:r w:rsidRPr="00387F06">
        <w:rPr>
          <w:b/>
          <w:color w:val="BE0000"/>
          <w:sz w:val="26"/>
        </w:rPr>
        <w:t>and</w:t>
      </w:r>
      <w:r w:rsidRPr="00387F06">
        <w:rPr>
          <w:sz w:val="26"/>
        </w:rPr>
        <w:t xml:space="preserve"> she went to bed.</w:t>
      </w:r>
    </w:p>
    <w:p w:rsidR="0053117B" w:rsidRPr="00387F06" w:rsidRDefault="0028644B">
      <w:pPr>
        <w:spacing w:after="80"/>
        <w:jc w:val="center"/>
        <w:rPr>
          <w:rFonts w:hint="eastAsia"/>
          <w:sz w:val="25"/>
        </w:rPr>
      </w:pPr>
      <w:r w:rsidRPr="00387F06">
        <w:rPr>
          <w:i/>
          <w:sz w:val="23"/>
        </w:rPr>
        <w:t>In the example, “Although” introduces the dependent clause, while “and” joins the two independent clauses.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Clause Reminders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rPr>
          <w:b/>
          <w:sz w:val="23"/>
        </w:rPr>
        <w:t>Independent cl</w:t>
      </w:r>
      <w:r w:rsidRPr="00387F06">
        <w:rPr>
          <w:b/>
          <w:sz w:val="23"/>
        </w:rPr>
        <w:t xml:space="preserve">ause: </w:t>
      </w:r>
      <w:r w:rsidRPr="00387F06">
        <w:rPr>
          <w:sz w:val="23"/>
        </w:rPr>
        <w:t>Contains a subject and verb, expresses a complete thought, and can stand alone.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rPr>
          <w:b/>
          <w:sz w:val="23"/>
        </w:rPr>
        <w:t xml:space="preserve">Dependent clause: </w:t>
      </w:r>
      <w:r w:rsidRPr="00387F06">
        <w:rPr>
          <w:sz w:val="23"/>
        </w:rPr>
        <w:t>Contains a subject and verb but cannot stand alone as a complete sentence.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rPr>
          <w:b/>
          <w:sz w:val="23"/>
        </w:rPr>
        <w:t xml:space="preserve">Relative clause: </w:t>
      </w:r>
      <w:r w:rsidRPr="00387F06">
        <w:rPr>
          <w:sz w:val="23"/>
        </w:rPr>
        <w:t>Describes a noun or pronoun and often begins with who, whom,</w:t>
      </w:r>
      <w:r w:rsidRPr="00387F06">
        <w:rPr>
          <w:sz w:val="23"/>
        </w:rPr>
        <w:t xml:space="preserve"> whose, which, or that.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rPr>
          <w:b/>
          <w:sz w:val="23"/>
        </w:rPr>
        <w:t xml:space="preserve">Coordinating conjunction: </w:t>
      </w:r>
      <w:r w:rsidRPr="00387F06">
        <w:rPr>
          <w:sz w:val="23"/>
        </w:rPr>
        <w:t>A FANBOYS word— for, and, nor, but, or, yet, so—can join independent clauses.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rPr>
          <w:b/>
          <w:sz w:val="23"/>
        </w:rPr>
        <w:t xml:space="preserve">Subordinating conjunction: </w:t>
      </w:r>
      <w:r w:rsidRPr="00387F06">
        <w:rPr>
          <w:sz w:val="23"/>
        </w:rPr>
        <w:t>Words such as because, although, if, when, while, and since introduce dependent clauses.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i/>
          <w:sz w:val="22"/>
        </w:rPr>
        <w:t>Color key fo</w:t>
      </w:r>
      <w:r w:rsidRPr="00387F06">
        <w:rPr>
          <w:i/>
          <w:sz w:val="22"/>
        </w:rPr>
        <w:t>r article-style prac</w:t>
      </w:r>
      <w:bookmarkStart w:id="0" w:name="_GoBack"/>
      <w:bookmarkEnd w:id="0"/>
      <w:r w:rsidRPr="00387F06">
        <w:rPr>
          <w:i/>
          <w:sz w:val="22"/>
        </w:rPr>
        <w:t>tice: Subject = blue • Verb = black • Coordinating conjunction = red • Subordinating conjunction = green</w:t>
      </w:r>
    </w:p>
    <w:p w:rsidR="0053117B" w:rsidRPr="00387F06" w:rsidRDefault="0028644B">
      <w:pPr>
        <w:rPr>
          <w:rFonts w:hint="eastAsia"/>
          <w:sz w:val="25"/>
        </w:rPr>
      </w:pPr>
      <w:r w:rsidRPr="00387F06">
        <w:rPr>
          <w:sz w:val="25"/>
        </w:rPr>
        <w:br w:type="page"/>
      </w:r>
    </w:p>
    <w:p w:rsidR="0053117B" w:rsidRPr="00387F06" w:rsidRDefault="0028644B">
      <w:pPr>
        <w:pStyle w:val="Heading1"/>
        <w:rPr>
          <w:sz w:val="40"/>
        </w:rPr>
      </w:pPr>
      <w:r w:rsidRPr="00387F06">
        <w:rPr>
          <w:sz w:val="40"/>
        </w:rPr>
        <w:lastRenderedPageBreak/>
        <w:t>Part 1: Identify the Clauses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Instructions: Underline each independent clause and circle each dependent clause. Then label the cla</w:t>
      </w:r>
      <w:r w:rsidRPr="00387F06">
        <w:rPr>
          <w:sz w:val="25"/>
        </w:rPr>
        <w:t>uses where requested.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1. Although Maya was tired, she finished her homework, and she watched television.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Independent clause(s): _________________________________________________</w:t>
      </w:r>
    </w:p>
    <w:p w:rsidR="0053117B" w:rsidRPr="00387F06" w:rsidRDefault="0028644B">
      <w:pPr>
        <w:spacing w:after="100"/>
        <w:rPr>
          <w:rFonts w:hint="eastAsia"/>
          <w:sz w:val="25"/>
        </w:rPr>
      </w:pPr>
      <w:r w:rsidRPr="00387F06">
        <w:rPr>
          <w:sz w:val="22"/>
        </w:rPr>
        <w:t>Dependent clause: 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2. Da</w:t>
      </w:r>
      <w:r w:rsidRPr="00387F06">
        <w:rPr>
          <w:sz w:val="24"/>
        </w:rPr>
        <w:t>niel went to the library, but he left when the building became crowded.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Independent clause(s): _________________________________________________</w:t>
      </w:r>
    </w:p>
    <w:p w:rsidR="0053117B" w:rsidRPr="00387F06" w:rsidRDefault="0028644B">
      <w:pPr>
        <w:spacing w:after="100"/>
        <w:rPr>
          <w:rFonts w:hint="eastAsia"/>
          <w:sz w:val="25"/>
        </w:rPr>
      </w:pPr>
      <w:r w:rsidRPr="00387F06">
        <w:rPr>
          <w:sz w:val="22"/>
        </w:rPr>
        <w:t>Dependent clause: 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3. Because the weather was pleasant, w</w:t>
      </w:r>
      <w:r w:rsidRPr="00387F06">
        <w:rPr>
          <w:sz w:val="24"/>
        </w:rPr>
        <w:t>e walked to the park, and our friends joined us.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Independent clause(s): _________________________________________________</w:t>
      </w:r>
    </w:p>
    <w:p w:rsidR="0053117B" w:rsidRPr="00387F06" w:rsidRDefault="0028644B">
      <w:pPr>
        <w:spacing w:after="100"/>
        <w:rPr>
          <w:rFonts w:hint="eastAsia"/>
          <w:sz w:val="25"/>
        </w:rPr>
      </w:pPr>
      <w:r w:rsidRPr="00387F06">
        <w:rPr>
          <w:sz w:val="22"/>
        </w:rPr>
        <w:t>Dependent clause: 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 xml:space="preserve">4. Sarah prepared dinner, and Tom washed the dishes while </w:t>
      </w:r>
      <w:r w:rsidRPr="00387F06">
        <w:rPr>
          <w:sz w:val="24"/>
        </w:rPr>
        <w:t>their parents rested.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Independent clause(s): _________________________________________________</w:t>
      </w:r>
    </w:p>
    <w:p w:rsidR="0053117B" w:rsidRPr="00387F06" w:rsidRDefault="0028644B">
      <w:pPr>
        <w:spacing w:after="100"/>
        <w:rPr>
          <w:rFonts w:hint="eastAsia"/>
          <w:sz w:val="25"/>
        </w:rPr>
      </w:pPr>
      <w:r w:rsidRPr="00387F06">
        <w:rPr>
          <w:sz w:val="22"/>
        </w:rPr>
        <w:t>Dependent clause: 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5. When the teacher arrived, the students opened their books, and the lesson began.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Independent clause(s): _________________________________________________</w:t>
      </w:r>
    </w:p>
    <w:p w:rsidR="0053117B" w:rsidRPr="00387F06" w:rsidRDefault="0028644B">
      <w:pPr>
        <w:spacing w:after="100"/>
        <w:rPr>
          <w:rFonts w:hint="eastAsia"/>
          <w:sz w:val="25"/>
        </w:rPr>
      </w:pPr>
      <w:r w:rsidRPr="00387F06">
        <w:rPr>
          <w:sz w:val="22"/>
        </w:rPr>
        <w:t>Dependent clause: 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6. Olivia bought a new laptop because her old computer stopped working, and she installed her programs immedia</w:t>
      </w:r>
      <w:r w:rsidRPr="00387F06">
        <w:rPr>
          <w:sz w:val="24"/>
        </w:rPr>
        <w:t>tely.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Independent clause(s): _________________________________________________</w:t>
      </w:r>
    </w:p>
    <w:p w:rsidR="0053117B" w:rsidRPr="00387F06" w:rsidRDefault="0028644B">
      <w:pPr>
        <w:spacing w:after="100"/>
        <w:rPr>
          <w:rFonts w:hint="eastAsia"/>
          <w:sz w:val="25"/>
        </w:rPr>
      </w:pPr>
      <w:r w:rsidRPr="00387F06">
        <w:rPr>
          <w:sz w:val="22"/>
        </w:rPr>
        <w:t>Dependent clause: ______________________________________________________</w:t>
      </w:r>
    </w:p>
    <w:p w:rsidR="0053117B" w:rsidRPr="00387F06" w:rsidRDefault="0028644B">
      <w:pPr>
        <w:rPr>
          <w:rFonts w:hint="eastAsia"/>
          <w:sz w:val="25"/>
        </w:rPr>
      </w:pPr>
      <w:r w:rsidRPr="00387F06">
        <w:rPr>
          <w:sz w:val="25"/>
        </w:rPr>
        <w:br w:type="page"/>
      </w:r>
    </w:p>
    <w:p w:rsidR="0053117B" w:rsidRPr="00387F06" w:rsidRDefault="0028644B">
      <w:pPr>
        <w:pStyle w:val="Heading1"/>
        <w:rPr>
          <w:sz w:val="40"/>
        </w:rPr>
      </w:pPr>
      <w:r w:rsidRPr="00387F06">
        <w:rPr>
          <w:sz w:val="40"/>
        </w:rPr>
        <w:lastRenderedPageBreak/>
        <w:t>Part 2: Identify the Sentence Type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 xml:space="preserve">Instructions: Write Simple, Compound, Complex, or Compound-Complex </w:t>
      </w:r>
      <w:r w:rsidRPr="00387F06">
        <w:rPr>
          <w:sz w:val="25"/>
        </w:rPr>
        <w:t>beside each sentence.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1. Maria studies every evening.     Answer: 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2. Maria studies every evening, and her brother reads nearby.     Answer: 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3. Because Maria studies every evening, she performs w</w:t>
      </w:r>
      <w:r w:rsidRPr="00387F06">
        <w:rPr>
          <w:sz w:val="24"/>
        </w:rPr>
        <w:t>ell on tests.     Answer: 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4. Because Maria studies every evening, she performs well on tests, and her teacher praises her.     Answer: 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5. The children played outside until sunset.     Answer: __</w:t>
      </w:r>
      <w:r w:rsidRPr="00387F06">
        <w:rPr>
          <w:sz w:val="24"/>
        </w:rPr>
        <w:t>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6. The children played outside, and their parents watched them.     Answer: 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7. When the children returned home, they ate dinner.     Answer: 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8. When the children ret</w:t>
      </w:r>
      <w:r w:rsidRPr="00387F06">
        <w:rPr>
          <w:sz w:val="24"/>
        </w:rPr>
        <w:t>urned home, they ate dinner, and they completed their homework.     Answer: 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9. David finished the report, but he waited because his manager was busy.     Answer: 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10. Sarah bought a notebook that</w:t>
      </w:r>
      <w:r w:rsidRPr="00387F06">
        <w:rPr>
          <w:sz w:val="24"/>
        </w:rPr>
        <w:t xml:space="preserve"> had a blue cover.     Answer: ______________________________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Mini Check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What must a compound-complex sentence contain?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_______________________________________________________________</w:t>
      </w:r>
    </w:p>
    <w:p w:rsidR="0053117B" w:rsidRPr="00387F06" w:rsidRDefault="0028644B">
      <w:pPr>
        <w:rPr>
          <w:rFonts w:hint="eastAsia"/>
          <w:sz w:val="25"/>
        </w:rPr>
      </w:pPr>
      <w:r w:rsidRPr="00387F06">
        <w:rPr>
          <w:sz w:val="25"/>
        </w:rPr>
        <w:br w:type="page"/>
      </w:r>
    </w:p>
    <w:p w:rsidR="0053117B" w:rsidRPr="00387F06" w:rsidRDefault="0028644B">
      <w:pPr>
        <w:pStyle w:val="Heading1"/>
        <w:rPr>
          <w:sz w:val="40"/>
        </w:rPr>
      </w:pPr>
      <w:r w:rsidRPr="00387F06">
        <w:rPr>
          <w:sz w:val="40"/>
        </w:rPr>
        <w:lastRenderedPageBreak/>
        <w:t xml:space="preserve">Part </w:t>
      </w:r>
      <w:r w:rsidRPr="00387F06">
        <w:rPr>
          <w:sz w:val="40"/>
        </w:rPr>
        <w:t>3: Coordinating and Subordinating Conjunctions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A. Identify the Conjunctions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1. Although Mark was tired, he completed the assignment, and he submitted it.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Coordinating conjunction: __________________   Subordinating conjunction: 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 xml:space="preserve">2. Maria </w:t>
      </w:r>
      <w:r w:rsidRPr="00387F06">
        <w:rPr>
          <w:sz w:val="23"/>
        </w:rPr>
        <w:t>wanted to leave, but she stayed because her friend needed help.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Coordinating conjunction: __________________   Subordinating conjunction: 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3. When the bell rang, the students packed their bags, and they left the classroom.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Coordinating co</w:t>
      </w:r>
      <w:r w:rsidRPr="00387F06">
        <w:rPr>
          <w:sz w:val="22"/>
        </w:rPr>
        <w:t>njunction: __________________   Subordinating conjunction: 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4. Sarah prepared lunch, and Tom cleaned the kitchen while their guests waited.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Coordinating conjunction: __________________   Subordinating conjunction: 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5. Ja</w:t>
      </w:r>
      <w:r w:rsidRPr="00387F06">
        <w:rPr>
          <w:sz w:val="23"/>
        </w:rPr>
        <w:t>mes will attend the event, but he will leave early if the meeting runs late.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Coordinating conjunction: __________________   Subordinating conjunction: __________________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B. Choose the Correct Conjunction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i/>
          <w:sz w:val="23"/>
        </w:rPr>
        <w:t xml:space="preserve">Word bank: although • because • if • when • while • </w:t>
      </w:r>
      <w:r w:rsidRPr="00387F06">
        <w:rPr>
          <w:i/>
          <w:sz w:val="23"/>
        </w:rPr>
        <w:t>and • but • so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rPr>
          <w:sz w:val="23"/>
        </w:rPr>
        <w:t>1. __________ the weather was cold, we went outside, and we played football.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rPr>
          <w:sz w:val="23"/>
        </w:rPr>
        <w:t>2. Sarah finished her work, __________ she went home because she felt tired.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rPr>
          <w:sz w:val="23"/>
        </w:rPr>
        <w:t>3. James stayed inside __________ it was raining, but his sister went outside.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rPr>
          <w:sz w:val="23"/>
        </w:rPr>
        <w:t>4. _____</w:t>
      </w:r>
      <w:r w:rsidRPr="00387F06">
        <w:rPr>
          <w:sz w:val="23"/>
        </w:rPr>
        <w:t>_____ the teacher enters, the students become quiet, and the lesson begins.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rPr>
          <w:sz w:val="23"/>
        </w:rPr>
        <w:t>5. Maria wanted to attend the meeting, __________ she had another appointment.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rPr>
          <w:sz w:val="23"/>
        </w:rPr>
        <w:t>6. Tom will call his friend __________ he finishes work, and they will make plans.</w:t>
      </w:r>
    </w:p>
    <w:p w:rsidR="0053117B" w:rsidRPr="00387F06" w:rsidRDefault="0028644B">
      <w:pPr>
        <w:rPr>
          <w:rFonts w:hint="eastAsia"/>
          <w:sz w:val="25"/>
        </w:rPr>
      </w:pPr>
      <w:r w:rsidRPr="00387F06">
        <w:rPr>
          <w:sz w:val="25"/>
        </w:rPr>
        <w:br w:type="page"/>
      </w:r>
    </w:p>
    <w:p w:rsidR="0053117B" w:rsidRPr="00387F06" w:rsidRDefault="0028644B">
      <w:pPr>
        <w:pStyle w:val="Heading1"/>
        <w:rPr>
          <w:sz w:val="40"/>
        </w:rPr>
      </w:pPr>
      <w:r w:rsidRPr="00387F06">
        <w:rPr>
          <w:sz w:val="40"/>
        </w:rPr>
        <w:lastRenderedPageBreak/>
        <w:t xml:space="preserve">Part 4: Build a </w:t>
      </w:r>
      <w:r w:rsidRPr="00387F06">
        <w:rPr>
          <w:sz w:val="40"/>
        </w:rPr>
        <w:t>Compound-Complex Sentence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A. Arrange the Clauses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1. because she was hungry / Maria cooked dinner / and her brother prepared the table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Sentence: 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_________________________________________________</w:t>
      </w:r>
      <w:r w:rsidRPr="00387F06">
        <w:rPr>
          <w:sz w:val="22"/>
        </w:rPr>
        <w:t>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2. although James was tired / he completed his work / and he went home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Sentence: 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________________________________________________________________________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 xml:space="preserve">3. when the </w:t>
      </w:r>
      <w:r w:rsidRPr="00387F06">
        <w:rPr>
          <w:sz w:val="23"/>
        </w:rPr>
        <w:t>guests arrived / we served dinner / and everyone sat down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Sentence: 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________________________________________________________________________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 xml:space="preserve">4. Sarah finished the report / because the deadline </w:t>
      </w:r>
      <w:r w:rsidRPr="00387F06">
        <w:rPr>
          <w:sz w:val="23"/>
        </w:rPr>
        <w:t>was near / and Tom sent it to the manager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Sentence: 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________________________________________________________________________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 xml:space="preserve">5. while the students were working / the teacher answered questions </w:t>
      </w:r>
      <w:r w:rsidRPr="00387F06">
        <w:rPr>
          <w:sz w:val="23"/>
        </w:rPr>
        <w:t>/ and the assistant checked their papers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Sentence: 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________________________________________________________________________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B. Build From Three Clauses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6. Dependent: although she felt nervous •</w:t>
      </w:r>
      <w:r w:rsidRPr="00387F06">
        <w:rPr>
          <w:sz w:val="25"/>
        </w:rPr>
        <w:t xml:space="preserve"> Independent: Emma gave the presentation • Independent: her classmates listened carefully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________________________________________________________________________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________________________________________________________________________</w:t>
      </w:r>
    </w:p>
    <w:p w:rsidR="0053117B" w:rsidRPr="00387F06" w:rsidRDefault="0028644B">
      <w:pPr>
        <w:rPr>
          <w:rFonts w:hint="eastAsia"/>
          <w:sz w:val="25"/>
        </w:rPr>
      </w:pPr>
      <w:r w:rsidRPr="00387F06">
        <w:rPr>
          <w:sz w:val="25"/>
        </w:rPr>
        <w:br w:type="page"/>
      </w:r>
    </w:p>
    <w:p w:rsidR="0053117B" w:rsidRPr="00387F06" w:rsidRDefault="0028644B">
      <w:pPr>
        <w:pStyle w:val="Heading1"/>
        <w:rPr>
          <w:sz w:val="40"/>
        </w:rPr>
      </w:pPr>
      <w:r w:rsidRPr="00387F06">
        <w:rPr>
          <w:sz w:val="40"/>
        </w:rPr>
        <w:lastRenderedPageBreak/>
        <w:t>Part 5: Correct th</w:t>
      </w:r>
      <w:r w:rsidRPr="00387F06">
        <w:rPr>
          <w:sz w:val="40"/>
        </w:rPr>
        <w:t>e Errors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Instructions: Rewrite each sentence with correct punctuation, conjunctions, and complete clauses.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1. Although James was tired he finished his work, and he went home.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Correct: 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2. Mar</w:t>
      </w:r>
      <w:r w:rsidRPr="00387F06">
        <w:rPr>
          <w:sz w:val="23"/>
        </w:rPr>
        <w:t>ia finished her project she submitted it because the deadline was near.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Correct: 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3. Because Sarah was tired, and she went home.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Correct: _____________________________________________________</w:t>
      </w:r>
      <w:r w:rsidRPr="00387F06">
        <w:rPr>
          <w:sz w:val="22"/>
        </w:rPr>
        <w:t>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4. Daniel studied hard, because he wanted good grades, but he still felt nervous.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Correct: 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5. When the class ended the students left, and the teacher closed the door.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Correct: _</w:t>
      </w:r>
      <w:r w:rsidRPr="00387F06">
        <w:rPr>
          <w:sz w:val="22"/>
        </w:rPr>
        <w:t>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6. Although it was raining, but we went outside, and we played football.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Correct: 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 xml:space="preserve">7. James went to the library, and he </w:t>
      </w:r>
      <w:r w:rsidRPr="00387F06">
        <w:rPr>
          <w:sz w:val="23"/>
        </w:rPr>
        <w:t>borrowed a book because needed research.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Correct: 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8. While the guests waited, Sarah prepared dinner and Tom washed the dishes.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Correct: ______________________________________________________</w:t>
      </w:r>
      <w:r w:rsidRPr="00387F06">
        <w:rPr>
          <w:sz w:val="22"/>
        </w:rPr>
        <w:t>___________</w:t>
      </w:r>
    </w:p>
    <w:p w:rsidR="0053117B" w:rsidRPr="00387F06" w:rsidRDefault="0028644B">
      <w:pPr>
        <w:rPr>
          <w:rFonts w:hint="eastAsia"/>
          <w:sz w:val="25"/>
        </w:rPr>
      </w:pPr>
      <w:r w:rsidRPr="00387F06">
        <w:rPr>
          <w:sz w:val="25"/>
        </w:rPr>
        <w:br w:type="page"/>
      </w:r>
    </w:p>
    <w:p w:rsidR="0053117B" w:rsidRPr="00387F06" w:rsidRDefault="0028644B">
      <w:pPr>
        <w:pStyle w:val="Heading1"/>
        <w:rPr>
          <w:sz w:val="40"/>
        </w:rPr>
      </w:pPr>
      <w:r w:rsidRPr="00387F06">
        <w:rPr>
          <w:sz w:val="40"/>
        </w:rPr>
        <w:lastRenderedPageBreak/>
        <w:t>Part 6: Change the Sentence Structure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Instructions: Rewrite each sentence so it follows the requested clause arrangement.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1. Dependent Clause First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John went outside, and he played football because the weather was pleasant.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2. Independent + Dependent + Independent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 xml:space="preserve">Although Maria was tired, she finished her work, and </w:t>
      </w:r>
      <w:r w:rsidRPr="00387F06">
        <w:rPr>
          <w:sz w:val="25"/>
        </w:rPr>
        <w:t>she submitted it.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3. Two Independent Clauses First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Because the rain stopped, the children went</w:t>
      </w:r>
      <w:r w:rsidRPr="00387F06">
        <w:rPr>
          <w:sz w:val="25"/>
        </w:rPr>
        <w:t xml:space="preserve"> outside, and they played.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4. Embedded Relative Clause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The teacher helped the students, and th</w:t>
      </w:r>
      <w:r w:rsidRPr="00387F06">
        <w:rPr>
          <w:sz w:val="25"/>
        </w:rPr>
        <w:t>ey completed the assignment.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5. Different Arrangement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Although Sarah was nervous, she gave the</w:t>
      </w:r>
      <w:r w:rsidRPr="00387F06">
        <w:rPr>
          <w:sz w:val="25"/>
        </w:rPr>
        <w:t xml:space="preserve"> presentation, and her teacher praised her.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rPr>
          <w:rFonts w:hint="eastAsia"/>
          <w:sz w:val="25"/>
        </w:rPr>
      </w:pPr>
      <w:r w:rsidRPr="00387F06">
        <w:rPr>
          <w:sz w:val="25"/>
        </w:rPr>
        <w:br w:type="page"/>
      </w:r>
    </w:p>
    <w:p w:rsidR="0053117B" w:rsidRPr="00387F06" w:rsidRDefault="0028644B">
      <w:pPr>
        <w:pStyle w:val="Heading1"/>
        <w:rPr>
          <w:sz w:val="40"/>
        </w:rPr>
      </w:pPr>
      <w:r w:rsidRPr="00387F06">
        <w:rPr>
          <w:sz w:val="40"/>
        </w:rPr>
        <w:lastRenderedPageBreak/>
        <w:t>Part 7: Relative and Embedded Clauses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Instructions: Identify the relative clause and relative pronoun in each sentence.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1. The teacher, who prepared extra exercises, helped the students, and they finished early.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Relative clause: _________________________________________________________</w:t>
      </w:r>
    </w:p>
    <w:p w:rsidR="0053117B" w:rsidRPr="00387F06" w:rsidRDefault="0028644B">
      <w:pPr>
        <w:spacing w:after="100"/>
        <w:rPr>
          <w:rFonts w:hint="eastAsia"/>
          <w:sz w:val="25"/>
        </w:rPr>
      </w:pPr>
      <w:r w:rsidRPr="00387F06">
        <w:rPr>
          <w:sz w:val="22"/>
        </w:rPr>
        <w:t>Relativ</w:t>
      </w:r>
      <w:r w:rsidRPr="00387F06">
        <w:rPr>
          <w:sz w:val="22"/>
        </w:rPr>
        <w:t>e pronoun: 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2. Emma bought a laptop that matched her needs, and she installed several programs.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Relative clause: _________________________________________________________</w:t>
      </w:r>
    </w:p>
    <w:p w:rsidR="0053117B" w:rsidRPr="00387F06" w:rsidRDefault="0028644B">
      <w:pPr>
        <w:spacing w:after="100"/>
        <w:rPr>
          <w:rFonts w:hint="eastAsia"/>
          <w:sz w:val="25"/>
        </w:rPr>
      </w:pPr>
      <w:r w:rsidRPr="00387F06">
        <w:rPr>
          <w:sz w:val="22"/>
        </w:rPr>
        <w:t>Relative pronoun: 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3. The student who won</w:t>
      </w:r>
      <w:r w:rsidRPr="00387F06">
        <w:rPr>
          <w:sz w:val="23"/>
        </w:rPr>
        <w:t xml:space="preserve"> the competition received a certificate, and her classmates congratulated her.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Relative clause: _________________________________________________________</w:t>
      </w:r>
    </w:p>
    <w:p w:rsidR="0053117B" w:rsidRPr="00387F06" w:rsidRDefault="0028644B">
      <w:pPr>
        <w:spacing w:after="100"/>
        <w:rPr>
          <w:rFonts w:hint="eastAsia"/>
          <w:sz w:val="25"/>
        </w:rPr>
      </w:pPr>
      <w:r w:rsidRPr="00387F06">
        <w:rPr>
          <w:sz w:val="22"/>
        </w:rPr>
        <w:t>Relative pronoun: 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4. David read a book that explained the topic clearly, and he</w:t>
      </w:r>
      <w:r w:rsidRPr="00387F06">
        <w:rPr>
          <w:sz w:val="23"/>
        </w:rPr>
        <w:t xml:space="preserve"> recommended it to his friend.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Relative clause: _________________________________________________________</w:t>
      </w:r>
    </w:p>
    <w:p w:rsidR="0053117B" w:rsidRPr="00387F06" w:rsidRDefault="0028644B">
      <w:pPr>
        <w:spacing w:after="100"/>
        <w:rPr>
          <w:rFonts w:hint="eastAsia"/>
          <w:sz w:val="25"/>
        </w:rPr>
      </w:pPr>
      <w:r w:rsidRPr="00387F06">
        <w:rPr>
          <w:sz w:val="22"/>
        </w:rPr>
        <w:t>Relative pronoun: 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5. The manager, who had reviewed the report, called the team, and they discussed the results.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Relative clause</w:t>
      </w:r>
      <w:r w:rsidRPr="00387F06">
        <w:rPr>
          <w:sz w:val="22"/>
        </w:rPr>
        <w:t>: _________________________________________________________</w:t>
      </w:r>
    </w:p>
    <w:p w:rsidR="0053117B" w:rsidRPr="00387F06" w:rsidRDefault="0028644B">
      <w:pPr>
        <w:spacing w:after="100"/>
        <w:rPr>
          <w:rFonts w:hint="eastAsia"/>
          <w:sz w:val="25"/>
        </w:rPr>
      </w:pPr>
      <w:r w:rsidRPr="00387F06">
        <w:rPr>
          <w:sz w:val="22"/>
        </w:rPr>
        <w:t>Relative pronoun: ______________________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Quick Reminder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2"/>
        </w:rPr>
        <w:t>A relative clause describes a noun or pronoun. Words such as who, which, and that often introduce it.</w:t>
      </w:r>
    </w:p>
    <w:p w:rsidR="0053117B" w:rsidRPr="00387F06" w:rsidRDefault="0028644B">
      <w:pPr>
        <w:rPr>
          <w:rFonts w:hint="eastAsia"/>
          <w:sz w:val="25"/>
        </w:rPr>
      </w:pPr>
      <w:r w:rsidRPr="00387F06">
        <w:rPr>
          <w:sz w:val="25"/>
        </w:rPr>
        <w:br w:type="page"/>
      </w:r>
    </w:p>
    <w:p w:rsidR="0053117B" w:rsidRPr="00387F06" w:rsidRDefault="0028644B">
      <w:pPr>
        <w:pStyle w:val="Heading1"/>
        <w:rPr>
          <w:sz w:val="40"/>
        </w:rPr>
      </w:pPr>
      <w:r w:rsidRPr="00387F06">
        <w:rPr>
          <w:sz w:val="40"/>
        </w:rPr>
        <w:lastRenderedPageBreak/>
        <w:t>Part 8: Write Your Own Sentences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Instructions: Write original compound-complex sentences that meet each requirement.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1. Use although as the subordinating conjunction.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</w:t>
      </w:r>
      <w:r w:rsidRPr="00387F06">
        <w:rPr>
          <w:color w:val="9B9B9B"/>
          <w:sz w:val="22"/>
        </w:rPr>
        <w:t>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2. Use because as the subordinating conjunction.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 xml:space="preserve">3. </w:t>
      </w:r>
      <w:r w:rsidRPr="00387F06">
        <w:rPr>
          <w:sz w:val="24"/>
        </w:rPr>
        <w:t>Use if as the subordinating conjunction.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4. Begin with a dependent clause.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</w:t>
      </w:r>
      <w:r w:rsidRPr="00387F06">
        <w:rPr>
          <w:color w:val="9B9B9B"/>
          <w:sz w:val="22"/>
        </w:rPr>
        <w:t>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5. Place the dependent clause between two independent clauses.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</w:t>
      </w:r>
      <w:r w:rsidRPr="00387F06">
        <w:rPr>
          <w:color w:val="9B9B9B"/>
          <w:sz w:val="22"/>
        </w:rPr>
        <w:t>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4"/>
        </w:rPr>
        <w:t>6. End with the dependent clause.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</w:t>
      </w:r>
      <w:r w:rsidRPr="00387F06">
        <w:rPr>
          <w:color w:val="9B9B9B"/>
          <w:sz w:val="22"/>
        </w:rPr>
        <w:t>___________________________________________________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Self-Check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3"/>
        </w:rPr>
        <w:t>☐</w:t>
      </w:r>
      <w:r w:rsidRPr="00387F06">
        <w:rPr>
          <w:sz w:val="23"/>
        </w:rPr>
        <w:t xml:space="preserve"> I included at least two independent clauses.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3"/>
        </w:rPr>
        <w:t>☐</w:t>
      </w:r>
      <w:r w:rsidRPr="00387F06">
        <w:rPr>
          <w:sz w:val="23"/>
        </w:rPr>
        <w:t xml:space="preserve"> I included at least one dependent clause.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3"/>
        </w:rPr>
        <w:t>☐</w:t>
      </w:r>
      <w:r w:rsidRPr="00387F06">
        <w:rPr>
          <w:sz w:val="23"/>
        </w:rPr>
        <w:t xml:space="preserve"> I used conjunctions correctly.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3"/>
        </w:rPr>
        <w:t>☐</w:t>
      </w:r>
      <w:r w:rsidRPr="00387F06">
        <w:rPr>
          <w:sz w:val="23"/>
        </w:rPr>
        <w:t xml:space="preserve"> I checked punctuation.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3"/>
        </w:rPr>
        <w:t>☐</w:t>
      </w:r>
      <w:r w:rsidRPr="00387F06">
        <w:rPr>
          <w:sz w:val="23"/>
        </w:rPr>
        <w:t xml:space="preserve"> My sentence expresses a complete idea.</w:t>
      </w:r>
    </w:p>
    <w:p w:rsidR="0053117B" w:rsidRPr="00387F06" w:rsidRDefault="0028644B">
      <w:pPr>
        <w:rPr>
          <w:rFonts w:hint="eastAsia"/>
          <w:sz w:val="25"/>
        </w:rPr>
      </w:pPr>
      <w:r w:rsidRPr="00387F06">
        <w:rPr>
          <w:sz w:val="25"/>
        </w:rPr>
        <w:br w:type="page"/>
      </w:r>
    </w:p>
    <w:p w:rsidR="0053117B" w:rsidRPr="00387F06" w:rsidRDefault="0028644B">
      <w:pPr>
        <w:pStyle w:val="Heading1"/>
        <w:rPr>
          <w:sz w:val="40"/>
        </w:rPr>
      </w:pPr>
      <w:r w:rsidRPr="00387F06">
        <w:rPr>
          <w:sz w:val="40"/>
        </w:rPr>
        <w:lastRenderedPageBreak/>
        <w:t>P</w:t>
      </w:r>
      <w:r w:rsidRPr="00387F06">
        <w:rPr>
          <w:sz w:val="40"/>
        </w:rPr>
        <w:t>art 9: Compound-Complex Sentence Challenge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>Read the situation: A student feels tired but needs to complete an important assignment before the deadline.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Challenge 1: One Situation, Three Structures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5"/>
        </w:rPr>
        <w:t xml:space="preserve">Write three different compound-complex sentences about the </w:t>
      </w:r>
      <w:r w:rsidRPr="00387F06">
        <w:rPr>
          <w:sz w:val="25"/>
        </w:rPr>
        <w:t>situation.</w:t>
      </w:r>
    </w:p>
    <w:p w:rsidR="0053117B" w:rsidRPr="00387F06" w:rsidRDefault="0028644B">
      <w:pPr>
        <w:pStyle w:val="Heading3"/>
        <w:rPr>
          <w:sz w:val="28"/>
        </w:rPr>
      </w:pPr>
      <w:r w:rsidRPr="00387F06">
        <w:rPr>
          <w:sz w:val="28"/>
        </w:rPr>
        <w:t>Sentence 1 — Dependent clause first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pStyle w:val="Heading3"/>
        <w:rPr>
          <w:sz w:val="28"/>
        </w:rPr>
      </w:pPr>
      <w:r w:rsidRPr="00387F06">
        <w:rPr>
          <w:sz w:val="28"/>
        </w:rPr>
        <w:t>Sentence 2 — Dependent clause in the middle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pStyle w:val="Heading3"/>
        <w:rPr>
          <w:sz w:val="28"/>
        </w:rPr>
      </w:pPr>
      <w:r w:rsidRPr="00387F06">
        <w:rPr>
          <w:sz w:val="28"/>
        </w:rPr>
        <w:t>Sentence 3 — Dependent clause last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</w:t>
      </w:r>
      <w:r w:rsidRPr="00387F06">
        <w:rPr>
          <w:color w:val="9B9B9B"/>
          <w:sz w:val="22"/>
        </w:rPr>
        <w:t>_____________________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Challenge 2: Write From the Formula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1. Formula: Dependent + Independent + Independent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</w:t>
      </w:r>
      <w:r w:rsidRPr="00387F06">
        <w:rPr>
          <w:color w:val="9B9B9B"/>
          <w:sz w:val="22"/>
        </w:rPr>
        <w:t>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2. Formula: Independent + Dependent + Independent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3. Formula: Independent + Independent + Dependent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3"/>
        </w:rPr>
        <w:t>4. Formula: Independent clause with an embedded relative clause + Independent clause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color w:val="9B9B9B"/>
          <w:sz w:val="22"/>
        </w:rPr>
        <w:t>________________________________________________________________________________</w:t>
      </w:r>
    </w:p>
    <w:p w:rsidR="0053117B" w:rsidRPr="00387F06" w:rsidRDefault="0028644B">
      <w:pPr>
        <w:rPr>
          <w:rFonts w:hint="eastAsia"/>
          <w:sz w:val="25"/>
        </w:rPr>
      </w:pPr>
      <w:r w:rsidRPr="00387F06">
        <w:rPr>
          <w:sz w:val="25"/>
        </w:rPr>
        <w:br w:type="page"/>
      </w:r>
    </w:p>
    <w:p w:rsidR="0053117B" w:rsidRPr="00387F06" w:rsidRDefault="0028644B">
      <w:pPr>
        <w:pStyle w:val="Heading1"/>
        <w:rPr>
          <w:sz w:val="40"/>
        </w:rPr>
      </w:pPr>
      <w:r w:rsidRPr="00387F06">
        <w:rPr>
          <w:sz w:val="40"/>
        </w:rPr>
        <w:lastRenderedPageBreak/>
        <w:t xml:space="preserve">Answer </w:t>
      </w:r>
      <w:r w:rsidRPr="00387F06">
        <w:rPr>
          <w:sz w:val="40"/>
        </w:rPr>
        <w:t>Key — Parts 1–5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Part 1: Identify the Clauses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t>1. Dependent: Although Maya was tired | Independent: she finished her homework | Independent: she watched television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t>2. Independent: Daniel went to the library | Independent: he left | Dependent: when the buildi</w:t>
      </w:r>
      <w:r w:rsidRPr="00387F06">
        <w:t>ng became crowded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t>3. Dependent: Because the weather was pleasant | Independent: we walked to the park | Independent: our friends joined us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t>4. Independent: Sarah prepared dinner | Independent: Tom washed the dishes | Dependent: while their parents rested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t>5.</w:t>
      </w:r>
      <w:r w:rsidRPr="00387F06">
        <w:t xml:space="preserve"> Dependent: When the teacher arrived | Independent: the students opened their books | Independent: the lesson began</w:t>
      </w:r>
    </w:p>
    <w:p w:rsidR="0053117B" w:rsidRPr="00387F06" w:rsidRDefault="0028644B">
      <w:pPr>
        <w:spacing w:after="60"/>
        <w:rPr>
          <w:rFonts w:hint="eastAsia"/>
          <w:sz w:val="25"/>
        </w:rPr>
      </w:pPr>
      <w:r w:rsidRPr="00387F06">
        <w:t>6. Independent: Olivia bought a new laptop | Dependent: because her old computer stopped working | Independent: she installed her programs i</w:t>
      </w:r>
      <w:r w:rsidRPr="00387F06">
        <w:t>mmediately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Part 2: Sentence Type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t>1. Simple  2. Compound  3. Complex  4. Compound-Complex  5. Simple  6. Compound  7. Complex  8. Compound-Complex  9. Compound-Complex  10. Complex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Part 3A: Conjunctions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t xml:space="preserve">1. and / Although   2. but / because   3. and / When  </w:t>
      </w:r>
      <w:r w:rsidRPr="00387F06">
        <w:t xml:space="preserve"> 4. and / while   5. but / if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Part 3B: Choose the Conjunction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t>1. Although   2. and   3. because   4. When   5. but   6. when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Part 4A: Suggested Answers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t>1. Because she was hungry, Maria cooked dinner, and her brother prepared the table.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t>2. Although James wa</w:t>
      </w:r>
      <w:r w:rsidRPr="00387F06">
        <w:t>s tired, he completed his work, and he went home.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t>3. When the guests arrived, we served dinner, and everyone sat down.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t>4. Sarah finished the report because the deadline was near, and Tom sent it to the manager.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t>5. While the students were working, the teach</w:t>
      </w:r>
      <w:r w:rsidRPr="00387F06">
        <w:t>er answered questions, and the assistant checked their papers.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t>6. Although she felt nervous, Emma gave the presentation, and her classmates listened carefully.</w:t>
      </w:r>
    </w:p>
    <w:p w:rsidR="0053117B" w:rsidRPr="00387F06" w:rsidRDefault="0028644B">
      <w:pPr>
        <w:rPr>
          <w:rFonts w:hint="eastAsia"/>
          <w:sz w:val="25"/>
        </w:rPr>
      </w:pPr>
      <w:r w:rsidRPr="00387F06">
        <w:rPr>
          <w:sz w:val="25"/>
        </w:rPr>
        <w:br w:type="page"/>
      </w:r>
    </w:p>
    <w:p w:rsidR="0053117B" w:rsidRPr="00387F06" w:rsidRDefault="0028644B">
      <w:pPr>
        <w:pStyle w:val="Heading1"/>
        <w:rPr>
          <w:sz w:val="40"/>
        </w:rPr>
      </w:pPr>
      <w:r w:rsidRPr="00387F06">
        <w:rPr>
          <w:sz w:val="40"/>
        </w:rPr>
        <w:lastRenderedPageBreak/>
        <w:t>Answer Key — Parts 5–10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Part 5: Correct the Errors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1. Although James was tired, he finished hi</w:t>
      </w:r>
      <w:r w:rsidRPr="00387F06">
        <w:rPr>
          <w:sz w:val="20"/>
        </w:rPr>
        <w:t>s work, and he went home.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2. Maria finished her project, and she submitted it because the deadline was near.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3. Because Sarah was tired, she went home.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4. Daniel studied hard because he wanted good grades, but he still felt nervous.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5. When the class ended</w:t>
      </w:r>
      <w:r w:rsidRPr="00387F06">
        <w:rPr>
          <w:sz w:val="20"/>
        </w:rPr>
        <w:t>, the students left, and the teacher closed the door.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6. Although it was raining, we went outside, and we played football.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7. James went to the library, and he borrowed a book because he needed research.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8. While the guests waited, Sarah prepared dinner, a</w:t>
      </w:r>
      <w:r w:rsidRPr="00387F06">
        <w:rPr>
          <w:sz w:val="20"/>
        </w:rPr>
        <w:t>nd Tom washed the dishes.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Part 6: Suggested Answers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1. Because the weather was pleasant, John went outside, and he played football.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2. Maria finished her work because she was tired, and she submitted it.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3. The children went outside, and they played becaus</w:t>
      </w:r>
      <w:r w:rsidRPr="00387F06">
        <w:rPr>
          <w:sz w:val="20"/>
        </w:rPr>
        <w:t>e the rain stopped.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4. The teacher, who helped the students, explained the assignment, and they completed it.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5. Sarah gave the presentation, and her teacher praised her although she was nervous.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Part 7: Relative Clauses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 xml:space="preserve">1. who prepared extra exercises | </w:t>
      </w:r>
      <w:r w:rsidRPr="00387F06">
        <w:rPr>
          <w:sz w:val="20"/>
        </w:rPr>
        <w:t>who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2. that matched her needs | that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3. who won the competition | who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4. that explained the topic clearly | that</w:t>
      </w:r>
    </w:p>
    <w:p w:rsidR="0053117B" w:rsidRPr="00387F06" w:rsidRDefault="0028644B">
      <w:pPr>
        <w:spacing w:after="40"/>
        <w:rPr>
          <w:rFonts w:hint="eastAsia"/>
          <w:sz w:val="25"/>
        </w:rPr>
      </w:pPr>
      <w:r w:rsidRPr="00387F06">
        <w:rPr>
          <w:sz w:val="20"/>
        </w:rPr>
        <w:t>5. who had reviewed the report | who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Part 8: Match the Structure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0"/>
        </w:rPr>
        <w:t>If used in the earlier version: 1-A, 2-B, 3-C, 4-D, 5-E. For student-created i</w:t>
      </w:r>
      <w:r w:rsidRPr="00387F06">
        <w:rPr>
          <w:sz w:val="20"/>
        </w:rPr>
        <w:t>tems, accept any grammatically correct response that follows the requested formula.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Parts 9–10: Writing Tasks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0"/>
        </w:rPr>
        <w:t>Answers will vary. Award full credit when students meet the required structure, use appropriate conjunctions, maintain complete clauses, and punct</w:t>
      </w:r>
      <w:r w:rsidRPr="00387F06">
        <w:rPr>
          <w:sz w:val="20"/>
        </w:rPr>
        <w:t>uate correctly.</w:t>
      </w:r>
    </w:p>
    <w:p w:rsidR="0053117B" w:rsidRPr="00387F06" w:rsidRDefault="0028644B">
      <w:pPr>
        <w:pStyle w:val="Heading2"/>
        <w:rPr>
          <w:sz w:val="32"/>
        </w:rPr>
      </w:pPr>
      <w:r w:rsidRPr="00387F06">
        <w:rPr>
          <w:sz w:val="32"/>
        </w:rPr>
        <w:t>Teacher / Parent Notes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sz w:val="20"/>
        </w:rPr>
        <w:t>Suggested scoring: 1 point for each correct identification, 1–2 points for constructed sentences, and 2 points for challenge responses.</w:t>
      </w:r>
    </w:p>
    <w:p w:rsidR="0053117B" w:rsidRPr="00387F06" w:rsidRDefault="0028644B">
      <w:pPr>
        <w:spacing w:after="80"/>
        <w:rPr>
          <w:rFonts w:hint="eastAsia"/>
          <w:sz w:val="25"/>
        </w:rPr>
      </w:pPr>
      <w:r w:rsidRPr="00387F06">
        <w:rPr>
          <w:i/>
          <w:sz w:val="20"/>
        </w:rPr>
        <w:t>For open-ended items, accept equivalent answers that follow the stated structural</w:t>
      </w:r>
      <w:r w:rsidRPr="00387F06">
        <w:rPr>
          <w:i/>
          <w:sz w:val="20"/>
        </w:rPr>
        <w:t xml:space="preserve"> requirements.</w:t>
      </w:r>
    </w:p>
    <w:sectPr w:rsidR="0053117B" w:rsidRPr="00387F06" w:rsidSect="00034616">
      <w:footerReference w:type="default" r:id="rId8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44B" w:rsidRDefault="0028644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28644B" w:rsidRDefault="0028644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17B" w:rsidRDefault="0028644B">
    <w:pPr>
      <w:pStyle w:val="Footer"/>
      <w:jc w:val="center"/>
      <w:rPr>
        <w:rFonts w:hint="eastAsia"/>
      </w:rPr>
    </w:pPr>
    <w:r>
      <w:rPr>
        <w:color w:val="6E6E6E"/>
        <w:sz w:val="16"/>
      </w:rPr>
      <w:t xml:space="preserve">Compound-Complex Sentence Worksheet  •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 w:rsidR="00387F06">
      <w:rPr>
        <w:rFonts w:hint="eastAsia"/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44B" w:rsidRDefault="0028644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28644B" w:rsidRDefault="0028644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8644B"/>
    <w:rsid w:val="0029639D"/>
    <w:rsid w:val="00326F90"/>
    <w:rsid w:val="00387F06"/>
    <w:rsid w:val="0053117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3BC5D9D-33BB-4E36-AE17-7A6B3D1B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56C4829-2764-434C-AB9F-32712FA1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2659</Words>
  <Characters>15160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17784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2013-12-23T23:15:00Z</dcterms:created>
  <dcterms:modified xsi:type="dcterms:W3CDTF">2026-09-01T10:50:00Z</dcterms:modified>
  <cp:category/>
</cp:coreProperties>
</file>